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Hiragino Sans GB" w:hAnsi="Hiragino Sans GB" w:eastAsia="Hiragino Sans GB"/>
          <w:b/>
          <w:color w:val="000000"/>
          <w:sz w:val="44"/>
        </w:rPr>
        <w:t>QUOTATION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2F4F6"/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/>
                <w:color w:val="333943"/>
                <w:sz w:val="19"/>
              </w:rPr>
              <w:t>From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333943"/>
                <w:sz w:val="19"/>
              </w:rPr>
              <w:t>[Company name]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2F4F6"/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/>
                <w:color w:val="333943"/>
                <w:sz w:val="19"/>
              </w:rPr>
              <w:t>Quote No.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333943"/>
                <w:sz w:val="19"/>
              </w:rPr>
              <w:t>Q-2026-001</w:t>
            </w:r>
          </w:p>
        </w:tc>
      </w:tr>
      <w:t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2F4F6"/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/>
                <w:color w:val="333943"/>
                <w:sz w:val="19"/>
              </w:rPr>
              <w:t>To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333943"/>
                <w:sz w:val="19"/>
              </w:rPr>
              <w:t>[Client name]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2F4F6"/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/>
                <w:color w:val="333943"/>
                <w:sz w:val="19"/>
              </w:rPr>
              <w:t>Date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333943"/>
                <w:sz w:val="19"/>
              </w:rPr>
              <w:t>YYYY-MM-DD</w:t>
            </w:r>
          </w:p>
        </w:tc>
      </w:tr>
      <w:t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2F4F6"/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/>
                <w:color w:val="333943"/>
                <w:sz w:val="19"/>
              </w:rPr>
              <w:t>Contact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333943"/>
                <w:sz w:val="19"/>
              </w:rPr>
              <w:t>[Phone or email]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F2F4F6"/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/>
                <w:color w:val="333943"/>
                <w:sz w:val="19"/>
              </w:rPr>
              <w:t>Valid Until</w:t>
            </w:r>
          </w:p>
        </w:tc>
        <w:tc>
          <w:tcPr>
            <w:tcW w:type="dxa" w:w="30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333943"/>
                <w:sz w:val="19"/>
              </w:rPr>
              <w:t>YYYY-MM-DD</w:t>
            </w:r>
          </w:p>
        </w:tc>
      </w:tr>
    </w:tbl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6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55E9A"/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/>
                <w:color w:val="FFFFFF"/>
                <w:sz w:val="19"/>
              </w:rPr>
              <w:t>No.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55E9A"/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/>
                <w:color w:val="FFFFFF"/>
                <w:sz w:val="19"/>
              </w:rPr>
              <w:t>Item</w:t>
            </w:r>
          </w:p>
        </w:tc>
        <w:tc>
          <w:tcPr>
            <w:tcW w:type="dxa" w:w="29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55E9A"/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10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55E9A"/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/>
                <w:color w:val="FFFFFF"/>
                <w:sz w:val="19"/>
              </w:rPr>
              <w:t>Qty</w:t>
            </w:r>
          </w:p>
        </w:tc>
        <w:tc>
          <w:tcPr>
            <w:tcW w:type="dxa" w:w="15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55E9A"/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/>
                <w:color w:val="FFFFFF"/>
                <w:sz w:val="19"/>
              </w:rPr>
              <w:t>Unit Price</w:t>
            </w:r>
          </w:p>
        </w:tc>
        <w:tc>
          <w:tcPr>
            <w:tcW w:type="dxa" w:w="170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155E9A"/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/>
                <w:color w:val="FFFFFF"/>
                <w:sz w:val="19"/>
              </w:rPr>
              <w:t>Amount</w:t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1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[Item name]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[Specification or service details]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2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3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4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5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6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7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8</w:t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  <w:tc>
          <w:tcPr>
            <w:tcW w:type="dxa" w:w="168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center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/>
                <w:color w:val="20242A"/>
                <w:sz w:val="19"/>
              </w:rPr>
              <w:t>Subtotal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/>
                <w:color w:val="20242A"/>
                <w:sz w:val="19"/>
              </w:rPr>
              <w:t>Tax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/>
                <w:color w:val="20242A"/>
                <w:sz w:val="19"/>
              </w:rPr>
              <w:t>Shipping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FA"/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/>
                <w:color w:val="20242A"/>
                <w:sz w:val="19"/>
              </w:rPr>
              <w:t>Total</w:t>
            </w:r>
          </w:p>
        </w:tc>
        <w:tc>
          <w:tcPr>
            <w:tcW w:type="dxa" w:w="504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  <w:shd w:fill="EAF2FA"/>
          </w:tcPr>
          <w:p>
            <w:pPr>
              <w:spacing w:after="0" w:before="0"/>
              <w:jc w:val="righ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Hiragino Sans GB" w:hAnsi="Hiragino Sans GB" w:eastAsia="Hiragino Sans GB"/>
          <w:b/>
          <w:color w:val="20242A"/>
          <w:sz w:val="20"/>
        </w:rPr>
        <w:t>Payment and Delivery Terms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  <w:t>[Payment method, delivery schedule, warranty, and other terms]</w:t>
            </w:r>
          </w:p>
        </w:tc>
      </w:tr>
      <w:tr>
        <w:tc>
          <w:tcPr>
            <w:tcW w:type="dxa" w:w="100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  <w:tr>
        <w:tc>
          <w:tcPr>
            <w:tcW w:type="dxa" w:w="100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insideH w:val="single" w:sz="4" w:color="D9D9D9"/>
              <w:insideV w:val="single" w:sz="4" w:color="D9D9D9"/>
            </w:tcBorders>
          </w:tcPr>
          <w:p>
            <w:pPr>
              <w:spacing w:after="0" w:before="0"/>
              <w:jc w:val="left"/>
            </w:pPr>
            <w:r/>
            <w:r>
              <w:rPr>
                <w:rFonts w:ascii="Hiragino Sans GB" w:hAnsi="Hiragino Sans GB" w:eastAsia="Hiragino Sans GB"/>
                <w:b w:val="0"/>
                <w:color w:val="20242A"/>
                <w:sz w:val="19"/>
              </w:rPr>
            </w:r>
          </w:p>
        </w:tc>
      </w:tr>
    </w:tbl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Template</dc:title>
  <dc:subject>Editable quotation template</dc:subject>
  <dc:creator>Invoice Builder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